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עיוני - המוח שלומד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עיוני קצר על המוח והלמידה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מילות קישור כמו לכן ולעומת זאת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מחקר ומסקנה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הוא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שינה טובה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בתחילת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חוקרים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ופירושים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(אנשים שחוקרים ולומדים דברים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(איך דבר אחד משנה דבר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(למה משהו קורה)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שקורה בסוף)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אני כותב מילים חדשות, אני חוזר עליהן, אני ישן טוב בלילה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המוח 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לכן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הגיונית הקשורה לזיכרון או ללמידה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פעמיים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אוצר המילים לפני תרגיל ההשלמה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לעודד תלמידים לשתף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עיוני - המוח שלומד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טקסט קצר שמסביר איך המוח שלנו לומד. נלמד מילים חדשות כמו חוקרים, מחקר ומסקנה.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חוקרים  ·  מוח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למוח כשלומדים מילה 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עוזר לזכור לפי החוקרים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שינה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ממתקים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המוח שלנו לומד כל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תנועה וספורט עוזרים למוח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שלנו לומד כל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אומרים ששינה טובה עוזרת לזכור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 ופירושים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למה משהו קורה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השפעה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מה שקורה בסוף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אנשים שחוקרים ולומדים דברים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איך דבר אחד משנה דבר 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עוזר לכם לזכור מילים חדשות? כתבו שלושה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למוח כשלומדים מילה חדשה?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איזו מילה בטקסט מראה תוצאה?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טקסט עיוני - המוח שלומד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