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עיוני - המוח שלומד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עיוני קצר על המוח והלמידה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מילות קישור כמו לכן ולעומת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של מחקר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שינה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תנועה וספורט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חשוב לישון טוב ולזוז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ששינה טובה כן עוזרת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חוקרים הם אנשים שחוקרים ולומדים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המסקנה של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(אנשים שחוקרים ולומדים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(איך דבר אחד משנה דבר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(למה משהו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(מה שקורה בסוף)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(עבודה כדי לגלות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(הרעיון הסופי אחרי חשיבה)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אני כותב מילים חדשות, אני חוזר עליהן, אני ישן טוב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שינה טובה עוזרת למוח לזכור את מה שלמדנו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המוח משתנה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לזיכרון או ללמידה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פעמיים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אוצר המילים לפני תרגיל 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לעודד תלמידים לשתף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עיוני - המוח שלומד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טקסט קצר על המוח. נלמד מילים חדשות ונענה על שאלות פשוטות.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מחקר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שחוקרים עושים כדי לגלות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שלומדים ובודקים דברים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שקורה בסוף, אחרי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למה דבר מסוים קורה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השפעה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דבר אחד משנה 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שמראה תוצאה של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מסקנה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הסופי שמבינים אחרי חשיבה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שצריך לשים לב אליו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למוח כשלומדים 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קטן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לזכור?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שינה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עוזר למוח?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וספורט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ישיבה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המסקנה?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חשוב לישון טוב ולזוז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ללמוד כל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צריך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המוח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מראה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המוח שלנו לומד כל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שינה טובה לא עוזרת לזכור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וספורט עוזרים למוח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חוקרים הם אנשים שלא לומדים דברים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לישון טוב ולזוז 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שלנו לומד כל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כשאנחנו לומדים מילה חדשה, המוח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אומרים ששינה טובה עוזרת לזכור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תנועה וספורט עוזרים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חשוב לישון טוב ולזוז כל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עבודה כדי לגלות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השפעה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למה משהו 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איך דבר אחד משנה דבר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הרעיון הסופי אחרי 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אנשים שחוקרים ולומדים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מסקנה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שקורה בסוף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עוזר לכם לזכור מילים חדשות? כתבו שלושה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לישון טוב כשלומדים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למוח כשלומדים מילה 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מילה בטקסט מראה 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לכם באופן אישי לזכור מילים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עיוני - המוח שלומד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