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עיוני - המוח שלומד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עיוני קצר על המוח והלמידה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מילות קישור כמו לכן ולעומת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מחקר ומסקנה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הוא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שינה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תנועה וספורט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חשוב לישון טוב ולזוז 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ששינה טובה כן עוזרת לזכור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חוקרים הם אנשים שחוקרים ולומדים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המסקנה של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ופירושים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(אנשים שחוקרים ולומדים דברים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(איך דבר אחד משנה דבר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(למה משהו קורה)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(מה שקורה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(עבודה כדי לגלות משהו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(הרעיון הסופי אחרי חשיבה)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אני כותב מילים חדשות, אני חוזר עליהן, אני ישן טוב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שינה טובה עוזרת למוח לזכור את מה שלמדנו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המוח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לכן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 הקשורה לזיכרון או ללמידה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פעמיים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אוצר המילים לפני תרגיל 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תלמידים לשתף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עיוני - המוח שלומד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טקסט קצר שמסביר איך המוח שלנו לומד. נלמד מילים חדשות כמו חוקרים, מחקר ומסקנה.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למוח כשלומדים מילה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קטן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עוזר לזכור לפי החוקרים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עוד עוזר למוח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תנועה וספורט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ישיבה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המסקנה של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חשוב לישון טוב ולזוז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ללמוד כל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צריך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המוח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בטקסט מראה 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המוח שלנו לומד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שינה טובה לא עוזרת לזכור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וספורט עוזרים למוח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חוקרים הם אנשים שלא לומדים דברים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ממליץ לישון טוב ולזוז 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שלנו לומד כל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כשאנחנו לומדים מילה חדשה, המוח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אומרים ששינה טובה עוזרת לזכור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גם תנועה וספורט עוזרים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חשוב לישון טוב ולזוז כל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ופירושים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דבר אחד משנה דבר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השפעה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אנשים שחוקרים ולומדים דברים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עבודה כדי לגלות משהו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הרעיון הסופי אחרי חשיבה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למה משהו קורה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מסקנה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שקורה בסוף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עוזר לכם לזכור מילים חדשות? כתבו שלושה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לישון טוב כשלומדים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למוח כשלומדים מילה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בטקסט מראה תוצאה?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לכם באופן אישי לזכור מילים חדשות?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עיוני - המוח שלומד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